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515B3" w14:textId="77777777" w:rsidR="009E1745" w:rsidRDefault="00000000">
      <w:pPr>
        <w:keepNext/>
        <w:pBdr>
          <w:bottom w:val="single" w:sz="8" w:space="1" w:color="9C7A1E"/>
        </w:pBdr>
        <w:spacing w:before="280" w:after="40"/>
      </w:pPr>
      <w:r>
        <w:rPr>
          <w:rFonts w:eastAsia="Arial"/>
          <w:b/>
          <w:color w:val="1F3864"/>
          <w:sz w:val="26"/>
        </w:rPr>
        <w:t>Dumplings &amp; Appetizers</w:t>
      </w:r>
    </w:p>
    <w:p w14:paraId="0D9E664C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Shrimp Wonton Dumpling</w:t>
      </w:r>
      <w:r>
        <w:rPr>
          <w:rFonts w:eastAsia="Arial"/>
          <w:b/>
          <w:color w:val="1F3864"/>
        </w:rPr>
        <w:t xml:space="preserve">  —  $6.50</w:t>
      </w:r>
    </w:p>
    <w:p w14:paraId="10C7253D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A Canton classic, six steamed shrimp &amp; bamboo shoot dumplings</w:t>
      </w:r>
    </w:p>
    <w:p w14:paraId="42EC4E68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Vegetable Dumpling</w:t>
      </w:r>
      <w:r>
        <w:rPr>
          <w:rFonts w:eastAsia="Arial"/>
          <w:b/>
          <w:color w:val="1F3864"/>
        </w:rPr>
        <w:t xml:space="preserve">  —  $6</w:t>
      </w:r>
    </w:p>
    <w:p w14:paraId="7E88BCED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Four steamed tofu &amp; vegetable dumplings</w:t>
      </w:r>
    </w:p>
    <w:p w14:paraId="5EC4C56F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Pork "Shu Mai" Dumpling</w:t>
      </w:r>
      <w:r>
        <w:rPr>
          <w:rFonts w:eastAsia="Arial"/>
          <w:b/>
          <w:color w:val="1F3864"/>
        </w:rPr>
        <w:t xml:space="preserve">  —  $6</w:t>
      </w:r>
    </w:p>
    <w:p w14:paraId="3DD71E8C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Four steamed pork &amp; shrimp dumplings wrapped in wonton skins</w:t>
      </w:r>
    </w:p>
    <w:p w14:paraId="00BBB7EE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Pot Stickers</w:t>
      </w:r>
      <w:r>
        <w:rPr>
          <w:rFonts w:eastAsia="Arial"/>
          <w:b/>
          <w:color w:val="1F3864"/>
        </w:rPr>
        <w:t xml:space="preserve">  —  $8</w:t>
      </w:r>
    </w:p>
    <w:p w14:paraId="3C8BDB7C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Four of our original pan-fried pork dumplings</w:t>
      </w:r>
    </w:p>
    <w:p w14:paraId="5C6FFC76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Chinese Egg Roll</w:t>
      </w:r>
      <w:r>
        <w:rPr>
          <w:rFonts w:eastAsia="Arial"/>
          <w:b/>
          <w:color w:val="1F3864"/>
        </w:rPr>
        <w:t xml:space="preserve">  —  $5.50</w:t>
      </w:r>
    </w:p>
    <w:p w14:paraId="4F352D0F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A Canton favorite, two hand-rolled crispy veggie egg rolls</w:t>
      </w:r>
    </w:p>
    <w:p w14:paraId="460E6B65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Cream Cheese Won Tons</w:t>
      </w:r>
      <w:r>
        <w:rPr>
          <w:rFonts w:eastAsia="Arial"/>
          <w:b/>
          <w:color w:val="1F3864"/>
        </w:rPr>
        <w:t xml:space="preserve">  —  $6</w:t>
      </w:r>
    </w:p>
    <w:p w14:paraId="323ADE74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Six crispy won tons filled with cream cheese</w:t>
      </w:r>
    </w:p>
    <w:p w14:paraId="1774DD0A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Szechuan String Beans*</w:t>
      </w:r>
      <w:r>
        <w:rPr>
          <w:rFonts w:eastAsia="Arial"/>
          <w:b/>
          <w:color w:val="1F3864"/>
        </w:rPr>
        <w:t xml:space="preserve">  —  $7</w:t>
      </w:r>
    </w:p>
    <w:p w14:paraId="79507463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Lightly fried, sautéed with our spicy garlic sauce</w:t>
      </w:r>
    </w:p>
    <w:p w14:paraId="1E8DFD2B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Chicken Skewers</w:t>
      </w:r>
      <w:r>
        <w:rPr>
          <w:rFonts w:eastAsia="Arial"/>
          <w:b/>
          <w:color w:val="1F3864"/>
        </w:rPr>
        <w:t xml:space="preserve">  —  $6</w:t>
      </w:r>
    </w:p>
    <w:p w14:paraId="48361032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Grilled dark meat chicken marinated with our Chinese BBQ sauce, topped with sesame seeds</w:t>
      </w:r>
    </w:p>
    <w:p w14:paraId="5D182322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Coconut Shrimp Skewers</w:t>
      </w:r>
      <w:r>
        <w:rPr>
          <w:rFonts w:eastAsia="Arial"/>
          <w:b/>
          <w:color w:val="1F3864"/>
        </w:rPr>
        <w:t xml:space="preserve">  —  $8</w:t>
      </w:r>
    </w:p>
    <w:p w14:paraId="0208A872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Shrimp marinated in a coconut ginger sauce, topped with crushed peanuts</w:t>
      </w:r>
    </w:p>
    <w:p w14:paraId="2132CFC5" w14:textId="77777777" w:rsidR="009E1745" w:rsidRDefault="00000000">
      <w:pPr>
        <w:keepNext/>
        <w:pBdr>
          <w:bottom w:val="single" w:sz="8" w:space="1" w:color="9C7A1E"/>
        </w:pBdr>
        <w:spacing w:before="280" w:after="40"/>
      </w:pPr>
      <w:r>
        <w:rPr>
          <w:rFonts w:eastAsia="Arial"/>
          <w:b/>
          <w:color w:val="1F3864"/>
          <w:sz w:val="26"/>
        </w:rPr>
        <w:t>Salads</w:t>
      </w:r>
    </w:p>
    <w:p w14:paraId="35596E71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Classic Chinese Salad</w:t>
      </w:r>
      <w:r>
        <w:rPr>
          <w:rFonts w:eastAsia="Arial"/>
          <w:b/>
          <w:color w:val="1F3864"/>
        </w:rPr>
        <w:t xml:space="preserve">  —  $12  •  add chicken $3</w:t>
      </w:r>
    </w:p>
    <w:p w14:paraId="42EEC688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Lettuce, carrots, green onions, crispy noodles, tossed with a ginger dressing, topped with sesame seeds</w:t>
      </w:r>
    </w:p>
    <w:p w14:paraId="5D43354F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Asian Cabbage Salad</w:t>
      </w:r>
      <w:r>
        <w:rPr>
          <w:rFonts w:eastAsia="Arial"/>
          <w:b/>
          <w:color w:val="1F3864"/>
        </w:rPr>
        <w:t xml:space="preserve">  —  $13  •  add chicken $3</w:t>
      </w:r>
    </w:p>
    <w:p w14:paraId="7660F2BC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Cabbage, cucumber, carrots, cilantro, mint, tossed with a sweet &amp; spicy dressing, topped with chopped peanuts</w:t>
      </w:r>
    </w:p>
    <w:p w14:paraId="004D0ABD" w14:textId="77777777" w:rsidR="009E1745" w:rsidRDefault="00000000">
      <w:pPr>
        <w:keepNext/>
        <w:pBdr>
          <w:bottom w:val="single" w:sz="8" w:space="1" w:color="9C7A1E"/>
        </w:pBdr>
        <w:spacing w:before="280" w:after="40"/>
      </w:pPr>
      <w:r>
        <w:rPr>
          <w:rFonts w:eastAsia="Arial"/>
          <w:b/>
          <w:color w:val="1F3864"/>
          <w:sz w:val="26"/>
        </w:rPr>
        <w:t>Soups</w:t>
      </w:r>
    </w:p>
    <w:p w14:paraId="26A1B2A1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Wonton</w:t>
      </w:r>
      <w:r>
        <w:rPr>
          <w:rFonts w:eastAsia="Arial"/>
          <w:b/>
          <w:color w:val="1F3864"/>
        </w:rPr>
        <w:t xml:space="preserve">  —  Just Wontons $13  •  Wontons &amp; Noodles $14</w:t>
      </w:r>
    </w:p>
    <w:p w14:paraId="244E8649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Canton's house-made pork wontons and bok choy in a savory chicken broth, topped with green onions and cilantro</w:t>
      </w:r>
    </w:p>
    <w:p w14:paraId="73825E6E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Hot &amp; Sour*</w:t>
      </w:r>
      <w:r>
        <w:rPr>
          <w:rFonts w:eastAsia="Arial"/>
          <w:b/>
          <w:color w:val="1F3864"/>
        </w:rPr>
        <w:t xml:space="preserve">  —  Cup $4  •  Bowl $10</w:t>
      </w:r>
    </w:p>
    <w:p w14:paraId="6B6D9FD7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A favorite Chinese tofu and vegetable soup topped with green onions</w:t>
      </w:r>
    </w:p>
    <w:p w14:paraId="6799DAF0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Sizzling Rice</w:t>
      </w:r>
      <w:r>
        <w:rPr>
          <w:rFonts w:eastAsia="Arial"/>
          <w:b/>
          <w:color w:val="1F3864"/>
        </w:rPr>
        <w:t xml:space="preserve">  —  $16</w:t>
      </w:r>
    </w:p>
    <w:p w14:paraId="14710F51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A classic tomato paste chicken broth with peas, shrimp &amp; chicken poured over crispy rice</w:t>
      </w:r>
    </w:p>
    <w:p w14:paraId="50656001" w14:textId="77777777" w:rsidR="009E1745" w:rsidRDefault="00000000">
      <w:pPr>
        <w:keepNext/>
        <w:pBdr>
          <w:bottom w:val="single" w:sz="8" w:space="1" w:color="9C7A1E"/>
        </w:pBdr>
        <w:spacing w:before="280" w:after="40"/>
      </w:pPr>
      <w:r>
        <w:rPr>
          <w:rFonts w:eastAsia="Arial"/>
          <w:b/>
          <w:color w:val="1F3864"/>
          <w:sz w:val="26"/>
        </w:rPr>
        <w:t>Dessert</w:t>
      </w:r>
    </w:p>
    <w:p w14:paraId="5C20EE70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Marianne's Ice Cream</w:t>
      </w:r>
      <w:r>
        <w:rPr>
          <w:rFonts w:eastAsia="Arial"/>
          <w:b/>
          <w:color w:val="1F3864"/>
        </w:rPr>
        <w:t xml:space="preserve">  —  $5</w:t>
      </w:r>
    </w:p>
    <w:p w14:paraId="766823FD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A single scoop of Green Tea or Coconut Pineapple ice cream topped with crumbled fortune cookies. Yummy!</w:t>
      </w:r>
    </w:p>
    <w:p w14:paraId="143990EE" w14:textId="77777777" w:rsidR="009E1745" w:rsidRDefault="00000000">
      <w:pPr>
        <w:keepNext/>
        <w:pBdr>
          <w:bottom w:val="single" w:sz="8" w:space="1" w:color="9C7A1E"/>
        </w:pBdr>
        <w:spacing w:before="280" w:after="40"/>
      </w:pPr>
      <w:r>
        <w:rPr>
          <w:rFonts w:eastAsia="Arial"/>
          <w:b/>
          <w:color w:val="1F3864"/>
          <w:sz w:val="26"/>
        </w:rPr>
        <w:t>Noodle Bowls</w:t>
      </w:r>
    </w:p>
    <w:p w14:paraId="7F79C336" w14:textId="77777777" w:rsidR="009E1745" w:rsidRDefault="00000000">
      <w:pPr>
        <w:spacing w:after="60"/>
      </w:pPr>
      <w:r>
        <w:rPr>
          <w:rFonts w:eastAsia="Arial"/>
          <w:i/>
          <w:color w:val="595959"/>
          <w:sz w:val="19"/>
        </w:rPr>
        <w:t>A salad-style noodle bowl — chilled rice noodles, lettuce, cucumber, and carrots served with our sweet &amp; spicy dressing and your choice of one protein.</w:t>
      </w:r>
    </w:p>
    <w:p w14:paraId="7D42FD21" w14:textId="77777777" w:rsidR="009E1745" w:rsidRDefault="00000000">
      <w:pPr>
        <w:spacing w:before="100" w:after="0"/>
      </w:pPr>
      <w:r>
        <w:rPr>
          <w:rFonts w:eastAsia="Arial"/>
          <w:b/>
          <w:color w:val="8B1E23"/>
        </w:rPr>
        <w:lastRenderedPageBreak/>
        <w:t>Chinese BBQ Pork or Chicken Skewers</w:t>
      </w:r>
      <w:r>
        <w:rPr>
          <w:rFonts w:eastAsia="Arial"/>
          <w:b/>
          <w:color w:val="1F3864"/>
        </w:rPr>
        <w:t xml:space="preserve">  —  $15</w:t>
      </w:r>
    </w:p>
    <w:p w14:paraId="0DF5C76A" w14:textId="77777777" w:rsidR="009E1745" w:rsidRDefault="00000000">
      <w:pPr>
        <w:spacing w:before="100" w:after="0"/>
      </w:pPr>
      <w:r>
        <w:rPr>
          <w:rFonts w:eastAsia="Arial"/>
          <w:b/>
          <w:color w:val="8B1E23"/>
        </w:rPr>
        <w:t>Coconut Shrimp Skewers</w:t>
      </w:r>
      <w:r>
        <w:rPr>
          <w:rFonts w:eastAsia="Arial"/>
          <w:b/>
          <w:color w:val="1F3864"/>
        </w:rPr>
        <w:t xml:space="preserve">  —  $17</w:t>
      </w:r>
    </w:p>
    <w:p w14:paraId="28EFDAB1" w14:textId="77777777" w:rsidR="009E1745" w:rsidRDefault="00000000">
      <w:pPr>
        <w:spacing w:before="100" w:after="0"/>
      </w:pPr>
      <w:r>
        <w:rPr>
          <w:rFonts w:eastAsia="Arial"/>
          <w:b/>
          <w:color w:val="8B1E23"/>
        </w:rPr>
        <w:t>Add an Egg Roll to a Noodle Bowl</w:t>
      </w:r>
      <w:r>
        <w:rPr>
          <w:rFonts w:eastAsia="Arial"/>
          <w:b/>
          <w:color w:val="1F3864"/>
        </w:rPr>
        <w:t xml:space="preserve">  —  $2</w:t>
      </w:r>
    </w:p>
    <w:p w14:paraId="14A58016" w14:textId="77777777" w:rsidR="009E1745" w:rsidRDefault="00000000">
      <w:pPr>
        <w:keepNext/>
        <w:pBdr>
          <w:bottom w:val="single" w:sz="8" w:space="1" w:color="9C7A1E"/>
        </w:pBdr>
        <w:spacing w:before="280" w:after="40"/>
      </w:pPr>
      <w:r>
        <w:rPr>
          <w:rFonts w:eastAsia="Arial"/>
          <w:b/>
          <w:color w:val="1F3864"/>
          <w:sz w:val="26"/>
        </w:rPr>
        <w:t>Canton's Rice Bowls</w:t>
      </w:r>
    </w:p>
    <w:p w14:paraId="2C2F7FEB" w14:textId="77777777" w:rsidR="009E1745" w:rsidRDefault="00000000">
      <w:pPr>
        <w:spacing w:after="60"/>
      </w:pPr>
      <w:r>
        <w:rPr>
          <w:rFonts w:eastAsia="Arial"/>
          <w:i/>
          <w:color w:val="595959"/>
          <w:sz w:val="19"/>
        </w:rPr>
        <w:t>Our original Rice Plate, now served in a bowl. Comes with jasmine rice and one of our Specialty, Wok, or Grill Entrées.</w:t>
      </w:r>
    </w:p>
    <w:p w14:paraId="354B2F7E" w14:textId="77777777" w:rsidR="009E1745" w:rsidRDefault="00000000">
      <w:pPr>
        <w:spacing w:before="100" w:after="0"/>
      </w:pPr>
      <w:r>
        <w:rPr>
          <w:rFonts w:eastAsia="Arial"/>
          <w:b/>
          <w:color w:val="8B1E23"/>
        </w:rPr>
        <w:t>Any Vegetable or Chicken Entrée</w:t>
      </w:r>
      <w:r>
        <w:rPr>
          <w:rFonts w:eastAsia="Arial"/>
          <w:b/>
          <w:color w:val="1F3864"/>
        </w:rPr>
        <w:t xml:space="preserve">  —  $14</w:t>
      </w:r>
    </w:p>
    <w:p w14:paraId="2069B570" w14:textId="77777777" w:rsidR="009E1745" w:rsidRDefault="00000000">
      <w:pPr>
        <w:spacing w:before="100" w:after="0"/>
      </w:pPr>
      <w:r>
        <w:rPr>
          <w:rFonts w:eastAsia="Arial"/>
          <w:b/>
          <w:color w:val="8B1E23"/>
        </w:rPr>
        <w:t>Any Beef or Shrimp Entrée</w:t>
      </w:r>
      <w:r>
        <w:rPr>
          <w:rFonts w:eastAsia="Arial"/>
          <w:b/>
          <w:color w:val="1F3864"/>
        </w:rPr>
        <w:t xml:space="preserve">  —  $16</w:t>
      </w:r>
    </w:p>
    <w:p w14:paraId="12625A2A" w14:textId="77777777" w:rsidR="009E1745" w:rsidRDefault="00000000">
      <w:pPr>
        <w:spacing w:before="100" w:after="0"/>
      </w:pPr>
      <w:r>
        <w:rPr>
          <w:rFonts w:eastAsia="Arial"/>
          <w:b/>
          <w:color w:val="8B1E23"/>
        </w:rPr>
        <w:t>Add an Egg Roll to a Rice Bowl</w:t>
      </w:r>
      <w:r>
        <w:rPr>
          <w:rFonts w:eastAsia="Arial"/>
          <w:b/>
          <w:color w:val="1F3864"/>
        </w:rPr>
        <w:t xml:space="preserve">  —  $2</w:t>
      </w:r>
    </w:p>
    <w:p w14:paraId="6229B3E1" w14:textId="77777777" w:rsidR="009E1745" w:rsidRDefault="00000000">
      <w:pPr>
        <w:spacing w:before="100" w:after="0"/>
      </w:pPr>
      <w:r>
        <w:rPr>
          <w:rFonts w:eastAsia="Arial"/>
          <w:b/>
          <w:color w:val="8B1E23"/>
        </w:rPr>
        <w:t>Add a cup of Hot &amp; Sour Soup to a Rice Bowl</w:t>
      </w:r>
      <w:r>
        <w:rPr>
          <w:rFonts w:eastAsia="Arial"/>
          <w:b/>
          <w:color w:val="1F3864"/>
        </w:rPr>
        <w:t xml:space="preserve">  —  $2</w:t>
      </w:r>
    </w:p>
    <w:p w14:paraId="74E6A889" w14:textId="77777777" w:rsidR="009E1745" w:rsidRDefault="00000000">
      <w:pPr>
        <w:keepNext/>
        <w:pBdr>
          <w:bottom w:val="single" w:sz="8" w:space="1" w:color="9C7A1E"/>
        </w:pBdr>
        <w:spacing w:before="280" w:after="40"/>
      </w:pPr>
      <w:r>
        <w:rPr>
          <w:rFonts w:eastAsia="Arial"/>
          <w:b/>
          <w:color w:val="1F3864"/>
          <w:sz w:val="26"/>
        </w:rPr>
        <w:t>Wok &amp; Grill Entrées</w:t>
      </w:r>
    </w:p>
    <w:p w14:paraId="4FDC7BE4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Chinese BBQ Pork</w:t>
      </w:r>
      <w:r>
        <w:rPr>
          <w:rFonts w:eastAsia="Arial"/>
          <w:b/>
          <w:color w:val="1F3864"/>
        </w:rPr>
        <w:t xml:space="preserve">  —  $17</w:t>
      </w:r>
    </w:p>
    <w:p w14:paraId="5889B7DD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Grilled with our house Chinese BBQ "Cha Siu" sauce</w:t>
      </w:r>
    </w:p>
    <w:p w14:paraId="365F718D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Canton's Grilled Teriyaki Chicken</w:t>
      </w:r>
      <w:r>
        <w:rPr>
          <w:rFonts w:eastAsia="Arial"/>
          <w:b/>
          <w:color w:val="1F3864"/>
        </w:rPr>
        <w:t xml:space="preserve">  —  $16</w:t>
      </w:r>
    </w:p>
    <w:p w14:paraId="06940704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Char-grilled and finished with our house-made teriyaki glaze</w:t>
      </w:r>
    </w:p>
    <w:p w14:paraId="77DDE14B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Classic Kung Pao*</w:t>
      </w:r>
      <w:r>
        <w:rPr>
          <w:rFonts w:eastAsia="Arial"/>
          <w:b/>
          <w:color w:val="1F3864"/>
        </w:rPr>
        <w:t xml:space="preserve">  —  Tofu $15  •  Chicken $16</w:t>
      </w:r>
    </w:p>
    <w:p w14:paraId="1618E6F8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Canton's signature dish — red bell peppers, onions, zucchini, and celery stir-fried in our signature Kung Pao sauce, topped with toasted peanuts. A Santa Cruz favorite since 1986</w:t>
      </w:r>
    </w:p>
    <w:p w14:paraId="54618126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Canton's Garlic Stir Fry*</w:t>
      </w:r>
      <w:r>
        <w:rPr>
          <w:rFonts w:eastAsia="Arial"/>
          <w:b/>
          <w:color w:val="1F3864"/>
        </w:rPr>
        <w:t xml:space="preserve">  —  Vegetables $15  •  Chicken $16</w:t>
      </w:r>
    </w:p>
    <w:p w14:paraId="3BA46C77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Another customer favorite, assorted vegetables stir-fried in our garlic sauce</w:t>
      </w:r>
    </w:p>
    <w:p w14:paraId="2DE1ED05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Canton's Ginger Sauce</w:t>
      </w:r>
      <w:r>
        <w:rPr>
          <w:rFonts w:eastAsia="Arial"/>
          <w:b/>
          <w:color w:val="1F3864"/>
        </w:rPr>
        <w:t xml:space="preserve">  —  Chicken $16  •  Beef $18</w:t>
      </w:r>
    </w:p>
    <w:p w14:paraId="4F4E9FD9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A light and fragrant favorite — fresh ginger and assorted vegetables sautéed in Canton's ginger sauce</w:t>
      </w:r>
    </w:p>
    <w:p w14:paraId="1657292B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Mongolian Style Stir Fry*</w:t>
      </w:r>
      <w:r>
        <w:rPr>
          <w:rFonts w:eastAsia="Arial"/>
          <w:b/>
          <w:color w:val="1F3864"/>
        </w:rPr>
        <w:t xml:space="preserve">  —  Chicken $16  •  Beef $18</w:t>
      </w:r>
    </w:p>
    <w:p w14:paraId="28D3083A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Wok-seared meat, green onions, and zucchini sautéed in our spicy garlic sauce, on a bed of crispy noodles</w:t>
      </w:r>
    </w:p>
    <w:p w14:paraId="42EF55FD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We Love Broccoli</w:t>
      </w:r>
      <w:r>
        <w:rPr>
          <w:rFonts w:eastAsia="Arial"/>
          <w:b/>
          <w:color w:val="1F3864"/>
        </w:rPr>
        <w:t xml:space="preserve">  —  Chicken $16  •  Beef $18  •  Topped with Cashew $15</w:t>
      </w:r>
    </w:p>
    <w:p w14:paraId="72C2983C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Our very favorite Chinese dish — broccoli florets, onions, and carrots sautéed in our house garlic sauce</w:t>
      </w:r>
    </w:p>
    <w:p w14:paraId="2E572105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Super String Beans</w:t>
      </w:r>
      <w:r>
        <w:rPr>
          <w:rFonts w:eastAsia="Arial"/>
          <w:b/>
          <w:color w:val="1F3864"/>
        </w:rPr>
        <w:t xml:space="preserve">  —  Chicken $16  •  Beef or Shrimp $18</w:t>
      </w:r>
    </w:p>
    <w:p w14:paraId="5F9A93F5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Another classic Chinese dish — string beans, carrots, and black beans sautéed in our ginger sauce</w:t>
      </w:r>
    </w:p>
    <w:p w14:paraId="482B015C" w14:textId="77777777" w:rsidR="009E1745" w:rsidRDefault="00000000">
      <w:pPr>
        <w:keepNext/>
        <w:pBdr>
          <w:bottom w:val="single" w:sz="8" w:space="1" w:color="9C7A1E"/>
        </w:pBdr>
        <w:spacing w:before="280" w:after="40"/>
      </w:pPr>
      <w:r>
        <w:rPr>
          <w:rFonts w:eastAsia="Arial"/>
          <w:b/>
          <w:color w:val="1F3864"/>
          <w:sz w:val="26"/>
        </w:rPr>
        <w:t>House Specialty Entrées</w:t>
      </w:r>
    </w:p>
    <w:p w14:paraId="34DFFAB8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Baby Bok Choy</w:t>
      </w:r>
      <w:r>
        <w:rPr>
          <w:rFonts w:eastAsia="Arial"/>
          <w:b/>
          <w:color w:val="1F3864"/>
        </w:rPr>
        <w:t xml:space="preserve">  —  $16</w:t>
      </w:r>
    </w:p>
    <w:p w14:paraId="0FA22596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Baby bok choy sautéed with shiitake mushrooms in our ginger sauce</w:t>
      </w:r>
    </w:p>
    <w:p w14:paraId="5A889C92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Sweet &amp; Sour or Orange Chicken</w:t>
      </w:r>
      <w:r>
        <w:rPr>
          <w:rFonts w:eastAsia="Arial"/>
          <w:b/>
          <w:color w:val="1F3864"/>
        </w:rPr>
        <w:t xml:space="preserve">  —  $15</w:t>
      </w:r>
    </w:p>
    <w:p w14:paraId="45EB65E7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Breaded fried tender chicken mixed in our house sweet &amp; sour sauce or sweet &amp; tangy Szechuan sauce</w:t>
      </w:r>
    </w:p>
    <w:p w14:paraId="72B13917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Walnut Shrimp</w:t>
      </w:r>
      <w:r>
        <w:rPr>
          <w:rFonts w:eastAsia="Arial"/>
          <w:b/>
          <w:color w:val="1F3864"/>
        </w:rPr>
        <w:t xml:space="preserve">  —  $19</w:t>
      </w:r>
    </w:p>
    <w:p w14:paraId="13E80FF5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Breaded tempura shrimp tossed with roasted honey walnuts</w:t>
      </w:r>
    </w:p>
    <w:p w14:paraId="48B8F35C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Szechuan Style Stir Fry*</w:t>
      </w:r>
      <w:r>
        <w:rPr>
          <w:rFonts w:eastAsia="Arial"/>
          <w:b/>
          <w:color w:val="1F3864"/>
        </w:rPr>
        <w:t xml:space="preserve">  —  Chicken $16  •  Beef $18  •  Tofu $15</w:t>
      </w:r>
    </w:p>
    <w:p w14:paraId="7A5CE397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Favorite for spice lovers — lightly breaded and sautéed in our spicy Szechuan sauce</w:t>
      </w:r>
    </w:p>
    <w:p w14:paraId="58940985" w14:textId="77777777" w:rsidR="009E1745" w:rsidRDefault="00000000">
      <w:pPr>
        <w:keepNext/>
        <w:pBdr>
          <w:bottom w:val="single" w:sz="8" w:space="1" w:color="9C7A1E"/>
        </w:pBdr>
        <w:spacing w:before="280" w:after="40"/>
      </w:pPr>
      <w:r>
        <w:rPr>
          <w:rFonts w:eastAsia="Arial"/>
          <w:b/>
          <w:color w:val="1F3864"/>
          <w:sz w:val="26"/>
        </w:rPr>
        <w:lastRenderedPageBreak/>
        <w:t>Noodles &amp; Rice</w:t>
      </w:r>
    </w:p>
    <w:p w14:paraId="423E2249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Canton's Fried Rice</w:t>
      </w:r>
      <w:r>
        <w:rPr>
          <w:rFonts w:eastAsia="Arial"/>
          <w:b/>
          <w:color w:val="1F3864"/>
        </w:rPr>
        <w:t xml:space="preserve">  —  Vegetable, Pork or Chicken $13  •  Beef or Shrimp $14</w:t>
      </w:r>
    </w:p>
    <w:p w14:paraId="64B624BB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Seasoned jasmine rice sautéed with egg, and topped with green onions. Best cooked with BBQ pork</w:t>
      </w:r>
    </w:p>
    <w:p w14:paraId="3AAC0E73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Cantonese Style Chow Mein</w:t>
      </w:r>
      <w:r>
        <w:rPr>
          <w:rFonts w:eastAsia="Arial"/>
          <w:b/>
          <w:color w:val="1F3864"/>
        </w:rPr>
        <w:t xml:space="preserve">  —  Vegetable or Chicken $14  •  Beef or Shrimp $16</w:t>
      </w:r>
    </w:p>
    <w:p w14:paraId="75B3168F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Stir-fried noodles with cabbage, carrots, onions, bean sprouts, and vegetables</w:t>
      </w:r>
    </w:p>
    <w:p w14:paraId="72756268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Chow Funn</w:t>
      </w:r>
      <w:r>
        <w:rPr>
          <w:rFonts w:eastAsia="Arial"/>
          <w:b/>
          <w:color w:val="1F3864"/>
        </w:rPr>
        <w:t xml:space="preserve">  —  Vegetable or Chicken $15  •  Beef or Shrimp $17</w:t>
      </w:r>
    </w:p>
    <w:p w14:paraId="1C4D36BB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Thick rice noodles stir-fried with onions, bean sprouts, and vegetables. Ask your server about our Chow Funn availability</w:t>
      </w:r>
    </w:p>
    <w:p w14:paraId="59395CA7" w14:textId="77777777" w:rsidR="009E1745" w:rsidRDefault="00000000">
      <w:pPr>
        <w:spacing w:before="100" w:after="0"/>
      </w:pPr>
      <w:r>
        <w:rPr>
          <w:rFonts w:eastAsia="Arial"/>
          <w:b/>
          <w:color w:val="8B1E23"/>
        </w:rPr>
        <w:t>Jasmine Rice</w:t>
      </w:r>
      <w:r>
        <w:rPr>
          <w:rFonts w:eastAsia="Arial"/>
          <w:b/>
          <w:color w:val="1F3864"/>
        </w:rPr>
        <w:t xml:space="preserve">  —  Small $2  •  Large $4</w:t>
      </w:r>
    </w:p>
    <w:p w14:paraId="08A45FC4" w14:textId="77777777" w:rsidR="009E1745" w:rsidRDefault="00000000">
      <w:pPr>
        <w:keepNext/>
        <w:pBdr>
          <w:bottom w:val="single" w:sz="8" w:space="1" w:color="9C7A1E"/>
        </w:pBdr>
        <w:spacing w:before="280" w:after="40"/>
      </w:pPr>
      <w:r>
        <w:rPr>
          <w:rFonts w:eastAsia="Arial"/>
          <w:b/>
          <w:color w:val="1F3864"/>
          <w:sz w:val="26"/>
        </w:rPr>
        <w:t>Canton's Classic Combination Plates</w:t>
      </w:r>
    </w:p>
    <w:p w14:paraId="24FAA7AA" w14:textId="77777777" w:rsidR="009E1745" w:rsidRDefault="00000000">
      <w:pPr>
        <w:spacing w:after="60"/>
      </w:pPr>
      <w:r>
        <w:rPr>
          <w:rFonts w:eastAsia="Arial"/>
          <w:i/>
          <w:color w:val="595959"/>
          <w:sz w:val="19"/>
        </w:rPr>
        <w:t>No substitutions. Each served with a cup of hot &amp; sour soup.</w:t>
      </w:r>
    </w:p>
    <w:p w14:paraId="3EFEE6D8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B1</w:t>
      </w:r>
      <w:r>
        <w:rPr>
          <w:rFonts w:eastAsia="Arial"/>
          <w:b/>
          <w:color w:val="1F3864"/>
        </w:rPr>
        <w:t xml:space="preserve">  —  $18</w:t>
      </w:r>
    </w:p>
    <w:p w14:paraId="53EACE40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Egg Roll, Fried Rice, Chicken Chow Mein, Sweet &amp; Sour Chicken</w:t>
      </w:r>
    </w:p>
    <w:p w14:paraId="71F748A9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B2</w:t>
      </w:r>
      <w:r>
        <w:rPr>
          <w:rFonts w:eastAsia="Arial"/>
          <w:b/>
          <w:color w:val="1F3864"/>
        </w:rPr>
        <w:t xml:space="preserve">  —  $19</w:t>
      </w:r>
    </w:p>
    <w:p w14:paraId="36AB6C50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Egg Roll, Fried Rice, Kung Pao Chicken, Sweet &amp; Sour Chicken</w:t>
      </w:r>
    </w:p>
    <w:p w14:paraId="696708B6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B3</w:t>
      </w:r>
      <w:r>
        <w:rPr>
          <w:rFonts w:eastAsia="Arial"/>
          <w:b/>
          <w:color w:val="1F3864"/>
        </w:rPr>
        <w:t xml:space="preserve">  —  $20</w:t>
      </w:r>
    </w:p>
    <w:p w14:paraId="30C60B2E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Egg Roll, Fried Rice, Beef &amp; Broccoli, Sweet &amp; Sour Chicken</w:t>
      </w:r>
    </w:p>
    <w:p w14:paraId="38A7AE1E" w14:textId="77777777" w:rsidR="009E1745" w:rsidRDefault="00000000">
      <w:pPr>
        <w:keepNext/>
        <w:pBdr>
          <w:bottom w:val="single" w:sz="8" w:space="1" w:color="9C7A1E"/>
        </w:pBdr>
        <w:spacing w:before="280" w:after="40"/>
      </w:pPr>
      <w:r>
        <w:rPr>
          <w:rFonts w:eastAsia="Arial"/>
          <w:b/>
          <w:color w:val="1F3864"/>
          <w:sz w:val="26"/>
        </w:rPr>
        <w:t>Family Style Combination Dinners</w:t>
      </w:r>
    </w:p>
    <w:p w14:paraId="13CF768A" w14:textId="77777777" w:rsidR="009E1745" w:rsidRDefault="00000000">
      <w:pPr>
        <w:spacing w:after="60"/>
      </w:pPr>
      <w:r>
        <w:rPr>
          <w:rFonts w:eastAsia="Arial"/>
          <w:i/>
          <w:color w:val="595959"/>
          <w:sz w:val="19"/>
        </w:rPr>
        <w:t>No substitutions. Served with a cup of hot &amp; sour soup. Price per person; must order 2 or more of the same dinner combination.</w:t>
      </w:r>
    </w:p>
    <w:p w14:paraId="1903441B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#1</w:t>
      </w:r>
      <w:r>
        <w:rPr>
          <w:rFonts w:eastAsia="Arial"/>
          <w:b/>
          <w:color w:val="1F3864"/>
        </w:rPr>
        <w:t xml:space="preserve">  —  $18</w:t>
      </w:r>
    </w:p>
    <w:p w14:paraId="2D588D96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Egg Roll, Pork Fried Rice, Chicken Chow Mein, Sweet &amp; Sour Chicken. For 4 or more, add Chicken Broccoli</w:t>
      </w:r>
    </w:p>
    <w:p w14:paraId="393C7BCC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#2</w:t>
      </w:r>
      <w:r>
        <w:rPr>
          <w:rFonts w:eastAsia="Arial"/>
          <w:b/>
          <w:color w:val="1F3864"/>
        </w:rPr>
        <w:t xml:space="preserve">  —  $24</w:t>
      </w:r>
    </w:p>
    <w:p w14:paraId="606625D0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Egg Roll, Pork Fried Rice, Chicken Chow Mein, Sweet &amp; Sour Chicken, Kung Pao Chicken*. For 4 or more, add Chicken Broccoli</w:t>
      </w:r>
    </w:p>
    <w:p w14:paraId="49C57B32" w14:textId="77777777" w:rsidR="009E1745" w:rsidRDefault="00000000">
      <w:pPr>
        <w:keepNext/>
        <w:spacing w:before="100" w:after="0"/>
      </w:pPr>
      <w:r>
        <w:rPr>
          <w:rFonts w:eastAsia="Arial"/>
          <w:b/>
          <w:color w:val="8B1E23"/>
        </w:rPr>
        <w:t>#3</w:t>
      </w:r>
      <w:r>
        <w:rPr>
          <w:rFonts w:eastAsia="Arial"/>
          <w:b/>
          <w:color w:val="1F3864"/>
        </w:rPr>
        <w:t xml:space="preserve">  —  $25</w:t>
      </w:r>
    </w:p>
    <w:p w14:paraId="381416D0" w14:textId="77777777" w:rsidR="009E1745" w:rsidRDefault="00000000">
      <w:pPr>
        <w:spacing w:after="20"/>
        <w:ind w:left="216"/>
      </w:pPr>
      <w:r>
        <w:rPr>
          <w:rFonts w:eastAsia="Arial"/>
          <w:color w:val="404040"/>
          <w:sz w:val="19"/>
        </w:rPr>
        <w:t>Egg Roll, Pork Fried Rice, Chicken Chow Mein, Sweet &amp; Sour Chicken, Mongolian Beef*. For 4 or more, add Garlic Shrimp*</w:t>
      </w:r>
    </w:p>
    <w:p w14:paraId="75BC07BF" w14:textId="77777777" w:rsidR="009E1745" w:rsidRDefault="00000000">
      <w:pPr>
        <w:spacing w:before="280"/>
        <w:jc w:val="center"/>
      </w:pPr>
      <w:r>
        <w:rPr>
          <w:rFonts w:eastAsia="Arial"/>
          <w:b/>
          <w:color w:val="8B1E23"/>
          <w:sz w:val="19"/>
        </w:rPr>
        <w:t>*Spicy</w:t>
      </w:r>
    </w:p>
    <w:p w14:paraId="49821097" w14:textId="77777777" w:rsidR="009E1745" w:rsidRDefault="00000000">
      <w:pPr>
        <w:jc w:val="center"/>
      </w:pPr>
      <w:r>
        <w:rPr>
          <w:rFonts w:eastAsia="Arial"/>
          <w:i/>
          <w:color w:val="595959"/>
          <w:sz w:val="19"/>
        </w:rPr>
        <w:t>Ask your server about any of our classic items not on the menu &amp; our weekly specials.</w:t>
      </w:r>
    </w:p>
    <w:sectPr w:rsidR="009E1745" w:rsidSect="00034616">
      <w:pgSz w:w="12240" w:h="15840"/>
      <w:pgMar w:top="1008" w:right="1296" w:bottom="1008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90456551">
    <w:abstractNumId w:val="8"/>
  </w:num>
  <w:num w:numId="2" w16cid:durableId="1223562722">
    <w:abstractNumId w:val="6"/>
  </w:num>
  <w:num w:numId="3" w16cid:durableId="21588651">
    <w:abstractNumId w:val="5"/>
  </w:num>
  <w:num w:numId="4" w16cid:durableId="877550610">
    <w:abstractNumId w:val="4"/>
  </w:num>
  <w:num w:numId="5" w16cid:durableId="1916430661">
    <w:abstractNumId w:val="7"/>
  </w:num>
  <w:num w:numId="6" w16cid:durableId="1987855339">
    <w:abstractNumId w:val="3"/>
  </w:num>
  <w:num w:numId="7" w16cid:durableId="1087384890">
    <w:abstractNumId w:val="2"/>
  </w:num>
  <w:num w:numId="8" w16cid:durableId="150410824">
    <w:abstractNumId w:val="1"/>
  </w:num>
  <w:num w:numId="9" w16cid:durableId="2036541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35A49"/>
    <w:rsid w:val="0015074B"/>
    <w:rsid w:val="0029639D"/>
    <w:rsid w:val="00326F90"/>
    <w:rsid w:val="009E1745"/>
    <w:rsid w:val="00AA1D8D"/>
    <w:rsid w:val="00B47730"/>
    <w:rsid w:val="00C653C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6A798C"/>
  <w14:defaultImageDpi w14:val="300"/>
  <w15:docId w15:val="{7E596363-3E6D-4AEC-A97C-6A3AD679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James Leung</cp:lastModifiedBy>
  <cp:revision>2</cp:revision>
  <dcterms:created xsi:type="dcterms:W3CDTF">2026-10-23T20:24:00Z</dcterms:created>
  <dcterms:modified xsi:type="dcterms:W3CDTF">2026-10-23T20:24:00Z</dcterms:modified>
  <cp:category/>
</cp:coreProperties>
</file>